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380C" w14:textId="12804E4E" w:rsidR="00B540E4" w:rsidRPr="003A4CBA" w:rsidRDefault="003A4CBA">
      <w:pPr>
        <w:spacing w:after="60"/>
        <w:rPr>
          <w:lang w:val="sv-SE"/>
        </w:rPr>
      </w:pPr>
      <w:r>
        <w:rPr>
          <w:noProof/>
          <w:lang w:val="sv-SE"/>
        </w:rPr>
        <w:drawing>
          <wp:anchor distT="0" distB="0" distL="114300" distR="114300" simplePos="0" relativeHeight="251659264" behindDoc="0" locked="0" layoutInCell="1" allowOverlap="1" wp14:anchorId="4D019FDD" wp14:editId="50A3D757">
            <wp:simplePos x="0" y="0"/>
            <wp:positionH relativeFrom="margin">
              <wp:posOffset>4920915</wp:posOffset>
            </wp:positionH>
            <wp:positionV relativeFrom="margin">
              <wp:posOffset>-509604</wp:posOffset>
            </wp:positionV>
            <wp:extent cx="1228090" cy="1414780"/>
            <wp:effectExtent l="0" t="0" r="381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8"/>
                    <a:srcRect l="17583" t="6956" r="17214" b="17949"/>
                    <a:stretch/>
                  </pic:blipFill>
                  <pic:spPr bwMode="auto">
                    <a:xfrm>
                      <a:off x="0" y="0"/>
                      <a:ext cx="1228090" cy="141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0A50" w:rsidRPr="003A4CBA">
        <w:rPr>
          <w:rFonts w:eastAsia="Calibri"/>
          <w:b/>
          <w:color w:val="8A7865"/>
          <w:sz w:val="18"/>
          <w:lang w:val="sv-SE"/>
        </w:rPr>
        <w:t>AEGIS ATREIFS AB</w:t>
      </w:r>
    </w:p>
    <w:p w14:paraId="4CAF064A" w14:textId="16388CDA" w:rsidR="00B540E4" w:rsidRPr="003A4CBA" w:rsidRDefault="00930A50">
      <w:pPr>
        <w:keepNext/>
        <w:spacing w:after="100"/>
        <w:rPr>
          <w:lang w:val="sv-SE"/>
        </w:rPr>
      </w:pPr>
      <w:r w:rsidRPr="003A4CBA">
        <w:rPr>
          <w:rFonts w:eastAsia="Calibri"/>
          <w:b/>
          <w:color w:val="211B17"/>
          <w:sz w:val="48"/>
          <w:lang w:val="sv-SE"/>
        </w:rPr>
        <w:t>Standardformulär för ånger</w:t>
      </w:r>
    </w:p>
    <w:p w14:paraId="71912E3B" w14:textId="77777777" w:rsidR="00B540E4" w:rsidRPr="003A4CBA" w:rsidRDefault="00930A50">
      <w:pPr>
        <w:spacing w:after="280"/>
        <w:rPr>
          <w:lang w:val="sv-SE"/>
        </w:rPr>
      </w:pPr>
      <w:r w:rsidRPr="003A4CBA">
        <w:rPr>
          <w:rFonts w:eastAsia="Calibri"/>
          <w:color w:val="6E6258"/>
          <w:sz w:val="23"/>
          <w:lang w:val="sv-SE"/>
        </w:rPr>
        <w:t>Använd formuläret om du vill frånträda ett distansavtal</w:t>
      </w:r>
    </w:p>
    <w:tbl>
      <w:tblPr>
        <w:tblW w:w="9360" w:type="dxa"/>
        <w:tblInd w:w="120" w:type="dxa"/>
        <w:tblBorders>
          <w:top w:val="single" w:sz="4" w:space="0" w:color="D7C8B8"/>
          <w:left w:val="single" w:sz="4" w:space="0" w:color="D7C8B8"/>
          <w:bottom w:val="single" w:sz="4" w:space="0" w:color="D7C8B8"/>
          <w:right w:val="single" w:sz="4" w:space="0" w:color="D7C8B8"/>
          <w:insideH w:val="single" w:sz="4" w:space="0" w:color="D7C8B8"/>
          <w:insideV w:val="single" w:sz="4" w:space="0" w:color="D7C8B8"/>
        </w:tblBorders>
        <w:tblLayout w:type="fixed"/>
        <w:tblLook w:val="04A0" w:firstRow="1" w:lastRow="0" w:firstColumn="1" w:lastColumn="0" w:noHBand="0" w:noVBand="1"/>
      </w:tblPr>
      <w:tblGrid>
        <w:gridCol w:w="1800"/>
        <w:gridCol w:w="7560"/>
      </w:tblGrid>
      <w:tr w:rsidR="00B540E4" w14:paraId="1736170F" w14:textId="77777777">
        <w:tc>
          <w:tcPr>
            <w:tcW w:w="1800" w:type="dxa"/>
            <w:shd w:val="clear" w:color="auto" w:fill="F8F3ED"/>
            <w:tcMar>
              <w:top w:w="80" w:type="dxa"/>
              <w:left w:w="120" w:type="dxa"/>
              <w:bottom w:w="80" w:type="dxa"/>
              <w:right w:w="120" w:type="dxa"/>
            </w:tcMar>
            <w:vAlign w:val="center"/>
          </w:tcPr>
          <w:p w14:paraId="69A7761B" w14:textId="77777777" w:rsidR="00B540E4" w:rsidRDefault="00930A50">
            <w:pPr>
              <w:spacing w:after="0"/>
            </w:pPr>
            <w:proofErr w:type="spellStart"/>
            <w:r>
              <w:rPr>
                <w:rFonts w:eastAsia="Calibri"/>
                <w:b/>
                <w:color w:val="4A3D31"/>
                <w:sz w:val="19"/>
              </w:rPr>
              <w:t>Dokument</w:t>
            </w:r>
            <w:proofErr w:type="spellEnd"/>
          </w:p>
        </w:tc>
        <w:tc>
          <w:tcPr>
            <w:tcW w:w="7560" w:type="dxa"/>
            <w:tcMar>
              <w:top w:w="80" w:type="dxa"/>
              <w:left w:w="120" w:type="dxa"/>
              <w:bottom w:w="80" w:type="dxa"/>
              <w:right w:w="120" w:type="dxa"/>
            </w:tcMar>
            <w:vAlign w:val="center"/>
          </w:tcPr>
          <w:p w14:paraId="586AE092" w14:textId="77777777" w:rsidR="00B540E4" w:rsidRDefault="00930A50">
            <w:pPr>
              <w:spacing w:after="0"/>
            </w:pPr>
            <w:r>
              <w:rPr>
                <w:rFonts w:eastAsia="Calibri"/>
                <w:sz w:val="19"/>
              </w:rPr>
              <w:t>Standardformulär för ånger</w:t>
            </w:r>
          </w:p>
        </w:tc>
      </w:tr>
      <w:tr w:rsidR="00B540E4" w14:paraId="1A7A8FA8" w14:textId="77777777">
        <w:tc>
          <w:tcPr>
            <w:tcW w:w="1800" w:type="dxa"/>
            <w:shd w:val="clear" w:color="auto" w:fill="F8F3ED"/>
            <w:tcMar>
              <w:top w:w="80" w:type="dxa"/>
              <w:left w:w="120" w:type="dxa"/>
              <w:bottom w:w="80" w:type="dxa"/>
              <w:right w:w="120" w:type="dxa"/>
            </w:tcMar>
            <w:vAlign w:val="center"/>
          </w:tcPr>
          <w:p w14:paraId="111F6202" w14:textId="77777777" w:rsidR="00B540E4" w:rsidRDefault="00930A50">
            <w:pPr>
              <w:spacing w:after="0"/>
            </w:pPr>
            <w:r>
              <w:rPr>
                <w:rFonts w:eastAsia="Calibri"/>
                <w:b/>
                <w:color w:val="4A3D31"/>
                <w:sz w:val="19"/>
              </w:rPr>
              <w:t>Version</w:t>
            </w:r>
          </w:p>
        </w:tc>
        <w:tc>
          <w:tcPr>
            <w:tcW w:w="7560" w:type="dxa"/>
            <w:tcMar>
              <w:top w:w="80" w:type="dxa"/>
              <w:left w:w="120" w:type="dxa"/>
              <w:bottom w:w="80" w:type="dxa"/>
              <w:right w:w="120" w:type="dxa"/>
            </w:tcMar>
            <w:vAlign w:val="center"/>
          </w:tcPr>
          <w:p w14:paraId="7BFFAC1B" w14:textId="77777777" w:rsidR="00B540E4" w:rsidRDefault="00930A50">
            <w:pPr>
              <w:spacing w:after="0"/>
            </w:pPr>
            <w:r>
              <w:rPr>
                <w:rFonts w:eastAsia="Calibri"/>
                <w:sz w:val="19"/>
              </w:rPr>
              <w:t>1.0</w:t>
            </w:r>
          </w:p>
        </w:tc>
      </w:tr>
      <w:tr w:rsidR="00B540E4" w14:paraId="11FB9A3C" w14:textId="77777777">
        <w:tc>
          <w:tcPr>
            <w:tcW w:w="1800" w:type="dxa"/>
            <w:shd w:val="clear" w:color="auto" w:fill="F8F3ED"/>
            <w:tcMar>
              <w:top w:w="80" w:type="dxa"/>
              <w:left w:w="120" w:type="dxa"/>
              <w:bottom w:w="80" w:type="dxa"/>
              <w:right w:w="120" w:type="dxa"/>
            </w:tcMar>
            <w:vAlign w:val="center"/>
          </w:tcPr>
          <w:p w14:paraId="6AE5DFA5" w14:textId="77777777" w:rsidR="00B540E4" w:rsidRDefault="00930A50">
            <w:pPr>
              <w:spacing w:after="0"/>
            </w:pPr>
            <w:r>
              <w:rPr>
                <w:rFonts w:eastAsia="Calibri"/>
                <w:b/>
                <w:color w:val="4A3D31"/>
                <w:sz w:val="19"/>
              </w:rPr>
              <w:t>Senast uppdaterad</w:t>
            </w:r>
          </w:p>
        </w:tc>
        <w:tc>
          <w:tcPr>
            <w:tcW w:w="7560" w:type="dxa"/>
            <w:tcMar>
              <w:top w:w="80" w:type="dxa"/>
              <w:left w:w="120" w:type="dxa"/>
              <w:bottom w:w="80" w:type="dxa"/>
              <w:right w:w="120" w:type="dxa"/>
            </w:tcMar>
            <w:vAlign w:val="center"/>
          </w:tcPr>
          <w:p w14:paraId="0FC19EF3" w14:textId="77777777" w:rsidR="00B540E4" w:rsidRDefault="00930A50">
            <w:pPr>
              <w:spacing w:after="0"/>
            </w:pPr>
            <w:r>
              <w:rPr>
                <w:rFonts w:eastAsia="Calibri"/>
                <w:sz w:val="19"/>
              </w:rPr>
              <w:t>21 juli 2026</w:t>
            </w:r>
          </w:p>
        </w:tc>
      </w:tr>
    </w:tbl>
    <w:p w14:paraId="7C58ADFC" w14:textId="77777777" w:rsidR="00B540E4" w:rsidRDefault="00B540E4">
      <w:pPr>
        <w:spacing w:after="40"/>
      </w:pPr>
    </w:p>
    <w:p w14:paraId="7117939B" w14:textId="77777777" w:rsidR="00B540E4" w:rsidRPr="003A4CBA" w:rsidRDefault="00930A50">
      <w:pPr>
        <w:pBdr>
          <w:left w:val="single" w:sz="18" w:space="8" w:color="8A7865"/>
        </w:pBdr>
        <w:shd w:val="clear" w:color="auto" w:fill="F8F3ED"/>
        <w:spacing w:before="80" w:after="240" w:line="288" w:lineRule="auto"/>
        <w:ind w:left="173" w:right="115"/>
        <w:rPr>
          <w:lang w:val="sv-SE"/>
        </w:rPr>
      </w:pPr>
      <w:r w:rsidRPr="003A4CBA">
        <w:rPr>
          <w:rFonts w:eastAsia="Calibri"/>
          <w:b/>
          <w:color w:val="4A3D31"/>
          <w:sz w:val="21"/>
          <w:lang w:val="sv-SE"/>
        </w:rPr>
        <w:t xml:space="preserve">Frivilligt formulär: </w:t>
      </w:r>
      <w:r w:rsidRPr="003A4CBA">
        <w:rPr>
          <w:rFonts w:eastAsia="Calibri"/>
          <w:sz w:val="21"/>
          <w:lang w:val="sv-SE"/>
        </w:rPr>
        <w:t>Du kan använda formuläret, men ett annat tydligt meddelande räcker. Skicka helst formuläret till hjartarhorn@outlook.com före ångerfristens utgång.</w:t>
      </w:r>
    </w:p>
    <w:p w14:paraId="30869347" w14:textId="77777777" w:rsidR="00B540E4" w:rsidRPr="003A4CBA" w:rsidRDefault="00930A50">
      <w:pPr>
        <w:pStyle w:val="1"/>
        <w:rPr>
          <w:lang w:val="sv-SE"/>
        </w:rPr>
      </w:pPr>
      <w:r w:rsidRPr="003A4CBA">
        <w:rPr>
          <w:lang w:val="sv-SE"/>
        </w:rPr>
        <w:t>Mottagare</w:t>
      </w:r>
    </w:p>
    <w:p w14:paraId="35CCC8E9" w14:textId="7CCA8C65" w:rsidR="00B540E4" w:rsidRPr="003A4CBA" w:rsidRDefault="00930A50">
      <w:pPr>
        <w:rPr>
          <w:lang w:val="sv-SE"/>
        </w:rPr>
      </w:pPr>
      <w:r w:rsidRPr="003A4CBA">
        <w:rPr>
          <w:lang w:val="sv-SE"/>
        </w:rPr>
        <w:t>Aegis Atreifs AB</w:t>
      </w:r>
      <w:r w:rsidR="00422BDC">
        <w:rPr>
          <w:lang w:val="sv-SE"/>
        </w:rPr>
        <w:t xml:space="preserve">, </w:t>
      </w:r>
      <w:r w:rsidR="003A4CBA">
        <w:rPr>
          <w:lang w:val="sv-SE"/>
        </w:rPr>
        <w:t xml:space="preserve"> c/o Hjartarhorn</w:t>
      </w:r>
      <w:r w:rsidRPr="003A4CBA">
        <w:rPr>
          <w:lang w:val="sv-SE"/>
        </w:rPr>
        <w:br/>
        <w:t>Enspännargatan 12, 165 57 Hässelby, Sverige</w:t>
      </w:r>
      <w:r w:rsidRPr="003A4CBA">
        <w:rPr>
          <w:lang w:val="sv-SE"/>
        </w:rPr>
        <w:br/>
        <w:t xml:space="preserve">E-post: </w:t>
      </w:r>
      <w:r w:rsidR="003A4CBA" w:rsidRPr="003A4CBA">
        <w:rPr>
          <w:lang w:val="sv-SE"/>
        </w:rPr>
        <w:t>ulrik</w:t>
      </w:r>
      <w:r w:rsidRPr="003A4CBA">
        <w:rPr>
          <w:lang w:val="sv-SE"/>
        </w:rPr>
        <w:t>@</w:t>
      </w:r>
      <w:r w:rsidR="003A4CBA">
        <w:rPr>
          <w:lang w:val="sv-SE"/>
        </w:rPr>
        <w:t>aegisatreifs.se</w:t>
      </w:r>
      <w:r w:rsidRPr="003A4CBA">
        <w:rPr>
          <w:lang w:val="sv-SE"/>
        </w:rPr>
        <w:br/>
        <w:t>Telefon: +46 70 333 33 02</w:t>
      </w:r>
    </w:p>
    <w:p w14:paraId="0C445C61" w14:textId="77777777" w:rsidR="00B540E4" w:rsidRPr="003A4CBA" w:rsidRDefault="00930A50">
      <w:pPr>
        <w:pStyle w:val="1"/>
        <w:rPr>
          <w:lang w:val="sv-SE"/>
        </w:rPr>
      </w:pPr>
      <w:r w:rsidRPr="003A4CBA">
        <w:rPr>
          <w:lang w:val="sv-SE"/>
        </w:rPr>
        <w:t>Meddelande om ånger</w:t>
      </w:r>
    </w:p>
    <w:p w14:paraId="35989E86" w14:textId="77777777" w:rsidR="00B540E4" w:rsidRPr="003A4CBA" w:rsidRDefault="00930A50">
      <w:pPr>
        <w:rPr>
          <w:lang w:val="sv-SE"/>
        </w:rPr>
      </w:pPr>
      <w:r w:rsidRPr="003A4CBA">
        <w:rPr>
          <w:lang w:val="sv-SE"/>
        </w:rPr>
        <w:t>Jag meddelar härmed att jag frånträder mitt avtal avseende följande vara eller tjänst:</w:t>
      </w:r>
    </w:p>
    <w:tbl>
      <w:tblPr>
        <w:tblW w:w="9360" w:type="dxa"/>
        <w:tblInd w:w="120" w:type="dxa"/>
        <w:tblBorders>
          <w:top w:val="single" w:sz="6" w:space="0" w:color="D7C8B8"/>
          <w:left w:val="single" w:sz="6" w:space="0" w:color="D7C8B8"/>
          <w:bottom w:val="single" w:sz="6" w:space="0" w:color="D7C8B8"/>
          <w:right w:val="single" w:sz="6" w:space="0" w:color="D7C8B8"/>
          <w:insideH w:val="single" w:sz="6" w:space="0" w:color="D7C8B8"/>
          <w:insideV w:val="single" w:sz="6" w:space="0" w:color="D7C8B8"/>
        </w:tblBorders>
        <w:tblLayout w:type="fixed"/>
        <w:tblLook w:val="04A0" w:firstRow="1" w:lastRow="0" w:firstColumn="1" w:lastColumn="0" w:noHBand="0" w:noVBand="1"/>
      </w:tblPr>
      <w:tblGrid>
        <w:gridCol w:w="3000"/>
        <w:gridCol w:w="6360"/>
      </w:tblGrid>
      <w:tr w:rsidR="00B540E4" w14:paraId="0841E39A" w14:textId="77777777">
        <w:tc>
          <w:tcPr>
            <w:tcW w:w="3000" w:type="dxa"/>
            <w:shd w:val="clear" w:color="auto" w:fill="F8F3ED"/>
            <w:tcMar>
              <w:top w:w="80" w:type="dxa"/>
              <w:left w:w="120" w:type="dxa"/>
              <w:bottom w:w="80" w:type="dxa"/>
              <w:right w:w="120" w:type="dxa"/>
            </w:tcMar>
            <w:vAlign w:val="center"/>
          </w:tcPr>
          <w:p w14:paraId="3B0657BE" w14:textId="77777777" w:rsidR="00B540E4" w:rsidRDefault="00930A50">
            <w:pPr>
              <w:spacing w:after="0"/>
            </w:pPr>
            <w:r>
              <w:rPr>
                <w:rFonts w:eastAsia="Calibri"/>
                <w:b/>
                <w:color w:val="4A3D31"/>
                <w:sz w:val="20"/>
              </w:rPr>
              <w:t xml:space="preserve">Vara </w:t>
            </w:r>
            <w:proofErr w:type="spellStart"/>
            <w:r>
              <w:rPr>
                <w:rFonts w:eastAsia="Calibri"/>
                <w:b/>
                <w:color w:val="4A3D31"/>
                <w:sz w:val="20"/>
              </w:rPr>
              <w:t>eller</w:t>
            </w:r>
            <w:proofErr w:type="spellEnd"/>
            <w:r>
              <w:rPr>
                <w:rFonts w:eastAsia="Calibri"/>
                <w:b/>
                <w:color w:val="4A3D31"/>
                <w:sz w:val="20"/>
              </w:rPr>
              <w:t xml:space="preserve"> </w:t>
            </w:r>
            <w:proofErr w:type="spellStart"/>
            <w:r>
              <w:rPr>
                <w:rFonts w:eastAsia="Calibri"/>
                <w:b/>
                <w:color w:val="4A3D31"/>
                <w:sz w:val="20"/>
              </w:rPr>
              <w:t>tjänst</w:t>
            </w:r>
            <w:proofErr w:type="spellEnd"/>
          </w:p>
        </w:tc>
        <w:tc>
          <w:tcPr>
            <w:tcW w:w="6360" w:type="dxa"/>
            <w:tcMar>
              <w:top w:w="80" w:type="dxa"/>
              <w:left w:w="120" w:type="dxa"/>
              <w:bottom w:w="80" w:type="dxa"/>
              <w:right w:w="120" w:type="dxa"/>
            </w:tcMar>
            <w:vAlign w:val="center"/>
          </w:tcPr>
          <w:p w14:paraId="7D60DE6C" w14:textId="77777777" w:rsidR="00B540E4" w:rsidRDefault="00930A50">
            <w:pPr>
              <w:spacing w:after="360"/>
            </w:pPr>
            <w:r>
              <w:rPr>
                <w:rFonts w:eastAsia="Calibri"/>
                <w:sz w:val="20"/>
              </w:rPr>
              <w:t xml:space="preserve"> </w:t>
            </w:r>
          </w:p>
        </w:tc>
      </w:tr>
      <w:tr w:rsidR="00B540E4" w14:paraId="08DD1D1D" w14:textId="77777777">
        <w:tc>
          <w:tcPr>
            <w:tcW w:w="3000" w:type="dxa"/>
            <w:shd w:val="clear" w:color="auto" w:fill="F8F3ED"/>
            <w:tcMar>
              <w:top w:w="80" w:type="dxa"/>
              <w:left w:w="120" w:type="dxa"/>
              <w:bottom w:w="80" w:type="dxa"/>
              <w:right w:w="120" w:type="dxa"/>
            </w:tcMar>
            <w:vAlign w:val="center"/>
          </w:tcPr>
          <w:p w14:paraId="62C542EA" w14:textId="77777777" w:rsidR="00B540E4" w:rsidRDefault="00930A50">
            <w:pPr>
              <w:spacing w:after="0"/>
            </w:pPr>
            <w:r>
              <w:rPr>
                <w:rFonts w:eastAsia="Calibri"/>
                <w:b/>
                <w:color w:val="4A3D31"/>
                <w:sz w:val="20"/>
              </w:rPr>
              <w:t>Ordernummer</w:t>
            </w:r>
          </w:p>
        </w:tc>
        <w:tc>
          <w:tcPr>
            <w:tcW w:w="6360" w:type="dxa"/>
            <w:tcMar>
              <w:top w:w="80" w:type="dxa"/>
              <w:left w:w="120" w:type="dxa"/>
              <w:bottom w:w="80" w:type="dxa"/>
              <w:right w:w="120" w:type="dxa"/>
            </w:tcMar>
            <w:vAlign w:val="center"/>
          </w:tcPr>
          <w:p w14:paraId="44A4FF26" w14:textId="77777777" w:rsidR="00B540E4" w:rsidRDefault="00930A50">
            <w:pPr>
              <w:spacing w:after="360"/>
            </w:pPr>
            <w:r>
              <w:rPr>
                <w:rFonts w:eastAsia="Calibri"/>
                <w:sz w:val="20"/>
              </w:rPr>
              <w:t xml:space="preserve"> </w:t>
            </w:r>
          </w:p>
        </w:tc>
      </w:tr>
      <w:tr w:rsidR="00B540E4" w14:paraId="792DBD5F" w14:textId="77777777">
        <w:tc>
          <w:tcPr>
            <w:tcW w:w="3000" w:type="dxa"/>
            <w:shd w:val="clear" w:color="auto" w:fill="F8F3ED"/>
            <w:tcMar>
              <w:top w:w="80" w:type="dxa"/>
              <w:left w:w="120" w:type="dxa"/>
              <w:bottom w:w="80" w:type="dxa"/>
              <w:right w:w="120" w:type="dxa"/>
            </w:tcMar>
            <w:vAlign w:val="center"/>
          </w:tcPr>
          <w:p w14:paraId="25B29FE1" w14:textId="77777777" w:rsidR="00B540E4" w:rsidRDefault="00930A50">
            <w:pPr>
              <w:spacing w:after="0"/>
            </w:pPr>
            <w:r>
              <w:rPr>
                <w:rFonts w:eastAsia="Calibri"/>
                <w:b/>
                <w:color w:val="4A3D31"/>
                <w:sz w:val="20"/>
              </w:rPr>
              <w:t>Beställd den</w:t>
            </w:r>
          </w:p>
        </w:tc>
        <w:tc>
          <w:tcPr>
            <w:tcW w:w="6360" w:type="dxa"/>
            <w:tcMar>
              <w:top w:w="80" w:type="dxa"/>
              <w:left w:w="120" w:type="dxa"/>
              <w:bottom w:w="80" w:type="dxa"/>
              <w:right w:w="120" w:type="dxa"/>
            </w:tcMar>
            <w:vAlign w:val="center"/>
          </w:tcPr>
          <w:p w14:paraId="50AC3302" w14:textId="77777777" w:rsidR="00B540E4" w:rsidRDefault="00930A50">
            <w:pPr>
              <w:spacing w:after="360"/>
            </w:pPr>
            <w:r>
              <w:rPr>
                <w:rFonts w:eastAsia="Calibri"/>
                <w:sz w:val="20"/>
              </w:rPr>
              <w:t xml:space="preserve"> </w:t>
            </w:r>
          </w:p>
        </w:tc>
      </w:tr>
      <w:tr w:rsidR="00B540E4" w14:paraId="7616E229" w14:textId="77777777">
        <w:tc>
          <w:tcPr>
            <w:tcW w:w="3000" w:type="dxa"/>
            <w:shd w:val="clear" w:color="auto" w:fill="F8F3ED"/>
            <w:tcMar>
              <w:top w:w="80" w:type="dxa"/>
              <w:left w:w="120" w:type="dxa"/>
              <w:bottom w:w="80" w:type="dxa"/>
              <w:right w:w="120" w:type="dxa"/>
            </w:tcMar>
            <w:vAlign w:val="center"/>
          </w:tcPr>
          <w:p w14:paraId="6AC6EA0F" w14:textId="77777777" w:rsidR="00B540E4" w:rsidRDefault="00930A50">
            <w:pPr>
              <w:spacing w:after="0"/>
            </w:pPr>
            <w:r>
              <w:rPr>
                <w:rFonts w:eastAsia="Calibri"/>
                <w:b/>
                <w:color w:val="4A3D31"/>
                <w:sz w:val="20"/>
              </w:rPr>
              <w:t>Mottagen den (för vara)</w:t>
            </w:r>
          </w:p>
        </w:tc>
        <w:tc>
          <w:tcPr>
            <w:tcW w:w="6360" w:type="dxa"/>
            <w:tcMar>
              <w:top w:w="80" w:type="dxa"/>
              <w:left w:w="120" w:type="dxa"/>
              <w:bottom w:w="80" w:type="dxa"/>
              <w:right w:w="120" w:type="dxa"/>
            </w:tcMar>
            <w:vAlign w:val="center"/>
          </w:tcPr>
          <w:p w14:paraId="6C0E27B9" w14:textId="77777777" w:rsidR="00B540E4" w:rsidRDefault="00930A50">
            <w:pPr>
              <w:spacing w:after="360"/>
            </w:pPr>
            <w:r>
              <w:rPr>
                <w:rFonts w:eastAsia="Calibri"/>
                <w:sz w:val="20"/>
              </w:rPr>
              <w:t xml:space="preserve"> </w:t>
            </w:r>
          </w:p>
        </w:tc>
      </w:tr>
      <w:tr w:rsidR="00B540E4" w14:paraId="40F49D54" w14:textId="77777777">
        <w:tc>
          <w:tcPr>
            <w:tcW w:w="3000" w:type="dxa"/>
            <w:shd w:val="clear" w:color="auto" w:fill="F8F3ED"/>
            <w:tcMar>
              <w:top w:w="80" w:type="dxa"/>
              <w:left w:w="120" w:type="dxa"/>
              <w:bottom w:w="80" w:type="dxa"/>
              <w:right w:w="120" w:type="dxa"/>
            </w:tcMar>
            <w:vAlign w:val="center"/>
          </w:tcPr>
          <w:p w14:paraId="66EF25C5" w14:textId="77777777" w:rsidR="00B540E4" w:rsidRDefault="00930A50">
            <w:pPr>
              <w:spacing w:after="0"/>
            </w:pPr>
            <w:r>
              <w:rPr>
                <w:rFonts w:eastAsia="Calibri"/>
                <w:b/>
                <w:color w:val="4A3D31"/>
                <w:sz w:val="20"/>
              </w:rPr>
              <w:t>Kundens namn</w:t>
            </w:r>
          </w:p>
        </w:tc>
        <w:tc>
          <w:tcPr>
            <w:tcW w:w="6360" w:type="dxa"/>
            <w:tcMar>
              <w:top w:w="80" w:type="dxa"/>
              <w:left w:w="120" w:type="dxa"/>
              <w:bottom w:w="80" w:type="dxa"/>
              <w:right w:w="120" w:type="dxa"/>
            </w:tcMar>
            <w:vAlign w:val="center"/>
          </w:tcPr>
          <w:p w14:paraId="7F88DF8A" w14:textId="77777777" w:rsidR="00B540E4" w:rsidRDefault="00930A50">
            <w:pPr>
              <w:spacing w:after="360"/>
            </w:pPr>
            <w:r>
              <w:rPr>
                <w:rFonts w:eastAsia="Calibri"/>
                <w:sz w:val="20"/>
              </w:rPr>
              <w:t xml:space="preserve"> </w:t>
            </w:r>
          </w:p>
        </w:tc>
      </w:tr>
      <w:tr w:rsidR="00B540E4" w14:paraId="06CA3C26" w14:textId="77777777">
        <w:tc>
          <w:tcPr>
            <w:tcW w:w="3000" w:type="dxa"/>
            <w:shd w:val="clear" w:color="auto" w:fill="F8F3ED"/>
            <w:tcMar>
              <w:top w:w="80" w:type="dxa"/>
              <w:left w:w="120" w:type="dxa"/>
              <w:bottom w:w="80" w:type="dxa"/>
              <w:right w:w="120" w:type="dxa"/>
            </w:tcMar>
            <w:vAlign w:val="center"/>
          </w:tcPr>
          <w:p w14:paraId="03448473" w14:textId="77777777" w:rsidR="00B540E4" w:rsidRDefault="00930A50">
            <w:pPr>
              <w:spacing w:after="0"/>
            </w:pPr>
            <w:r>
              <w:rPr>
                <w:rFonts w:eastAsia="Calibri"/>
                <w:b/>
                <w:color w:val="4A3D31"/>
                <w:sz w:val="20"/>
              </w:rPr>
              <w:lastRenderedPageBreak/>
              <w:t>Kundens adress</w:t>
            </w:r>
          </w:p>
        </w:tc>
        <w:tc>
          <w:tcPr>
            <w:tcW w:w="6360" w:type="dxa"/>
            <w:tcMar>
              <w:top w:w="80" w:type="dxa"/>
              <w:left w:w="120" w:type="dxa"/>
              <w:bottom w:w="80" w:type="dxa"/>
              <w:right w:w="120" w:type="dxa"/>
            </w:tcMar>
            <w:vAlign w:val="center"/>
          </w:tcPr>
          <w:p w14:paraId="7699D696" w14:textId="77777777" w:rsidR="00B540E4" w:rsidRDefault="00930A50">
            <w:pPr>
              <w:spacing w:after="360"/>
            </w:pPr>
            <w:r>
              <w:rPr>
                <w:rFonts w:eastAsia="Calibri"/>
                <w:sz w:val="20"/>
              </w:rPr>
              <w:t xml:space="preserve"> </w:t>
            </w:r>
          </w:p>
        </w:tc>
      </w:tr>
      <w:tr w:rsidR="00B540E4" w14:paraId="5D48CCD6" w14:textId="77777777">
        <w:tc>
          <w:tcPr>
            <w:tcW w:w="3000" w:type="dxa"/>
            <w:shd w:val="clear" w:color="auto" w:fill="F8F3ED"/>
            <w:tcMar>
              <w:top w:w="80" w:type="dxa"/>
              <w:left w:w="120" w:type="dxa"/>
              <w:bottom w:w="80" w:type="dxa"/>
              <w:right w:w="120" w:type="dxa"/>
            </w:tcMar>
            <w:vAlign w:val="center"/>
          </w:tcPr>
          <w:p w14:paraId="17722765" w14:textId="77777777" w:rsidR="00B540E4" w:rsidRDefault="00930A50">
            <w:pPr>
              <w:spacing w:after="0"/>
            </w:pPr>
            <w:r>
              <w:rPr>
                <w:rFonts w:eastAsia="Calibri"/>
                <w:b/>
                <w:color w:val="4A3D31"/>
                <w:sz w:val="20"/>
              </w:rPr>
              <w:t>E-post</w:t>
            </w:r>
          </w:p>
        </w:tc>
        <w:tc>
          <w:tcPr>
            <w:tcW w:w="6360" w:type="dxa"/>
            <w:tcMar>
              <w:top w:w="80" w:type="dxa"/>
              <w:left w:w="120" w:type="dxa"/>
              <w:bottom w:w="80" w:type="dxa"/>
              <w:right w:w="120" w:type="dxa"/>
            </w:tcMar>
            <w:vAlign w:val="center"/>
          </w:tcPr>
          <w:p w14:paraId="115DF9E7" w14:textId="77777777" w:rsidR="00B540E4" w:rsidRDefault="00930A50">
            <w:pPr>
              <w:spacing w:after="360"/>
            </w:pPr>
            <w:r>
              <w:rPr>
                <w:rFonts w:eastAsia="Calibri"/>
                <w:sz w:val="20"/>
              </w:rPr>
              <w:t xml:space="preserve"> </w:t>
            </w:r>
          </w:p>
        </w:tc>
      </w:tr>
      <w:tr w:rsidR="00B540E4" w14:paraId="6079F502" w14:textId="77777777">
        <w:tc>
          <w:tcPr>
            <w:tcW w:w="3000" w:type="dxa"/>
            <w:shd w:val="clear" w:color="auto" w:fill="F8F3ED"/>
            <w:tcMar>
              <w:top w:w="80" w:type="dxa"/>
              <w:left w:w="120" w:type="dxa"/>
              <w:bottom w:w="80" w:type="dxa"/>
              <w:right w:w="120" w:type="dxa"/>
            </w:tcMar>
            <w:vAlign w:val="center"/>
          </w:tcPr>
          <w:p w14:paraId="4CE7173E" w14:textId="77777777" w:rsidR="00B540E4" w:rsidRDefault="00930A50">
            <w:pPr>
              <w:spacing w:after="0"/>
            </w:pPr>
            <w:r>
              <w:rPr>
                <w:rFonts w:eastAsia="Calibri"/>
                <w:b/>
                <w:color w:val="4A3D31"/>
                <w:sz w:val="20"/>
              </w:rPr>
              <w:t>Telefon (frivilligt)</w:t>
            </w:r>
          </w:p>
        </w:tc>
        <w:tc>
          <w:tcPr>
            <w:tcW w:w="6360" w:type="dxa"/>
            <w:tcMar>
              <w:top w:w="80" w:type="dxa"/>
              <w:left w:w="120" w:type="dxa"/>
              <w:bottom w:w="80" w:type="dxa"/>
              <w:right w:w="120" w:type="dxa"/>
            </w:tcMar>
            <w:vAlign w:val="center"/>
          </w:tcPr>
          <w:p w14:paraId="587375C5" w14:textId="77777777" w:rsidR="00B540E4" w:rsidRDefault="00930A50">
            <w:pPr>
              <w:spacing w:after="360"/>
            </w:pPr>
            <w:r>
              <w:rPr>
                <w:rFonts w:eastAsia="Calibri"/>
                <w:sz w:val="20"/>
              </w:rPr>
              <w:t xml:space="preserve"> </w:t>
            </w:r>
          </w:p>
        </w:tc>
      </w:tr>
    </w:tbl>
    <w:p w14:paraId="41B943E4" w14:textId="77777777" w:rsidR="00B540E4" w:rsidRDefault="00930A50">
      <w:pPr>
        <w:pStyle w:val="1"/>
      </w:pPr>
      <w:r>
        <w:t>Underskrift</w:t>
      </w:r>
    </w:p>
    <w:p w14:paraId="7B6E4676" w14:textId="77777777" w:rsidR="00B540E4" w:rsidRDefault="00930A50">
      <w:r>
        <w:t>Datum: ______________________________________________</w:t>
      </w:r>
    </w:p>
    <w:p w14:paraId="50920564" w14:textId="77777777" w:rsidR="00B540E4" w:rsidRPr="003A4CBA" w:rsidRDefault="00930A50">
      <w:pPr>
        <w:rPr>
          <w:lang w:val="sv-SE"/>
        </w:rPr>
      </w:pPr>
      <w:r w:rsidRPr="003A4CBA">
        <w:rPr>
          <w:lang w:val="sv-SE"/>
        </w:rPr>
        <w:t>Kundens underskrift (endast om formuläret lämnas på papper):</w:t>
      </w:r>
    </w:p>
    <w:p w14:paraId="0CE5B628" w14:textId="77777777" w:rsidR="00B540E4" w:rsidRPr="003A4CBA" w:rsidRDefault="00930A50">
      <w:pPr>
        <w:rPr>
          <w:lang w:val="sv-SE"/>
        </w:rPr>
      </w:pPr>
      <w:r w:rsidRPr="003A4CBA">
        <w:rPr>
          <w:lang w:val="sv-SE"/>
        </w:rPr>
        <w:t>______________________________________________________</w:t>
      </w:r>
    </w:p>
    <w:p w14:paraId="6389D46D" w14:textId="77777777" w:rsidR="00B540E4" w:rsidRPr="003A4CBA" w:rsidRDefault="00930A50">
      <w:pPr>
        <w:pStyle w:val="1"/>
        <w:rPr>
          <w:lang w:val="sv-SE"/>
        </w:rPr>
      </w:pPr>
      <w:r w:rsidRPr="003A4CBA">
        <w:rPr>
          <w:lang w:val="sv-SE"/>
        </w:rPr>
        <w:t>Skicka formuläret</w:t>
      </w:r>
    </w:p>
    <w:p w14:paraId="39A746C5" w14:textId="68D32128" w:rsidR="00B540E4" w:rsidRPr="00422BDC" w:rsidRDefault="00930A50">
      <w:pPr>
        <w:rPr>
          <w:lang w:val="sv-SE"/>
        </w:rPr>
      </w:pPr>
      <w:r w:rsidRPr="00422BDC">
        <w:rPr>
          <w:lang w:val="sv-SE"/>
        </w:rPr>
        <w:t xml:space="preserve">E-post: </w:t>
      </w:r>
      <w:r w:rsidR="003A4CBA" w:rsidRPr="00422BDC">
        <w:rPr>
          <w:lang w:val="sv-SE"/>
        </w:rPr>
        <w:t>ulrik</w:t>
      </w:r>
      <w:r w:rsidRPr="00422BDC">
        <w:rPr>
          <w:lang w:val="sv-SE"/>
        </w:rPr>
        <w:t>@</w:t>
      </w:r>
      <w:r w:rsidR="003A4CBA" w:rsidRPr="00422BDC">
        <w:rPr>
          <w:lang w:val="sv-SE"/>
        </w:rPr>
        <w:t>aegisatreifs.se</w:t>
      </w:r>
    </w:p>
    <w:p w14:paraId="6152BFFE" w14:textId="7EEAB957" w:rsidR="00B540E4" w:rsidRPr="003A4CBA" w:rsidRDefault="00930A50">
      <w:pPr>
        <w:rPr>
          <w:lang w:val="sv-SE"/>
        </w:rPr>
      </w:pPr>
      <w:r w:rsidRPr="003A4CBA">
        <w:rPr>
          <w:lang w:val="sv-SE"/>
        </w:rPr>
        <w:t xml:space="preserve">Post: Aegis Atreifs AB, </w:t>
      </w:r>
      <w:r w:rsidR="003A4CBA">
        <w:rPr>
          <w:lang w:val="sv-SE"/>
        </w:rPr>
        <w:t xml:space="preserve">c/o Hjartarhorn, </w:t>
      </w:r>
      <w:r w:rsidRPr="003A4CBA">
        <w:rPr>
          <w:lang w:val="sv-SE"/>
        </w:rPr>
        <w:t>Enspännargatan 12, 165 57 Hässelby, Sverige</w:t>
      </w:r>
      <w:r w:rsidR="003A4CBA">
        <w:rPr>
          <w:lang w:val="sv-SE"/>
        </w:rPr>
        <w:t xml:space="preserve"> </w:t>
      </w:r>
    </w:p>
    <w:p w14:paraId="3E9C579A" w14:textId="77777777" w:rsidR="00B540E4" w:rsidRPr="003A4CBA" w:rsidRDefault="00930A50">
      <w:pPr>
        <w:rPr>
          <w:lang w:val="sv-SE"/>
        </w:rPr>
      </w:pPr>
      <w:r w:rsidRPr="003A4CBA">
        <w:rPr>
          <w:lang w:val="sv-SE"/>
        </w:rPr>
        <w:t>Spara en kopia av meddelandet och bevis på när det skickades.</w:t>
      </w:r>
    </w:p>
    <w:p w14:paraId="0ED9911B" w14:textId="77777777" w:rsidR="00B540E4" w:rsidRPr="003A4CBA" w:rsidRDefault="00930A50">
      <w:pPr>
        <w:pBdr>
          <w:left w:val="single" w:sz="18" w:space="8" w:color="8A7865"/>
        </w:pBdr>
        <w:shd w:val="clear" w:color="auto" w:fill="F8F3ED"/>
        <w:spacing w:before="80" w:after="240" w:line="288" w:lineRule="auto"/>
        <w:ind w:left="173" w:right="115"/>
        <w:rPr>
          <w:lang w:val="sv-SE"/>
        </w:rPr>
      </w:pPr>
      <w:r w:rsidRPr="003A4CBA">
        <w:rPr>
          <w:rFonts w:eastAsia="Calibri"/>
          <w:b/>
          <w:color w:val="4A3D31"/>
          <w:sz w:val="21"/>
          <w:lang w:val="sv-SE"/>
        </w:rPr>
        <w:t xml:space="preserve">Retur: </w:t>
      </w:r>
      <w:r w:rsidRPr="003A4CBA">
        <w:rPr>
          <w:rFonts w:eastAsia="Calibri"/>
          <w:sz w:val="21"/>
          <w:lang w:val="sv-SE"/>
        </w:rPr>
        <w:t>Efter att du meddelat ånger ska varan skickas tillbaka utan onödigt dröjsmål och senast inom 14 dagar. Kontakta Aegis Atreifs AB för praktiska returinstruktioner och använd lämpligt spårbar och försäkrad transport för värdefulla eller ömtåliga objekt.</w:t>
      </w:r>
    </w:p>
    <w:sectPr w:rsidR="00B540E4" w:rsidRPr="003A4CBA" w:rsidSect="00034616">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9B714" w14:textId="77777777" w:rsidR="006E44FC" w:rsidRDefault="006E44FC">
      <w:pPr>
        <w:spacing w:after="0" w:line="240" w:lineRule="auto"/>
      </w:pPr>
      <w:r>
        <w:separator/>
      </w:r>
    </w:p>
  </w:endnote>
  <w:endnote w:type="continuationSeparator" w:id="0">
    <w:p w14:paraId="71265752" w14:textId="77777777" w:rsidR="006E44FC" w:rsidRDefault="006E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03886" w14:textId="77777777" w:rsidR="00B540E4" w:rsidRDefault="00930A50">
    <w:pPr>
      <w:pStyle w:val="a6"/>
      <w:jc w:val="right"/>
    </w:pPr>
    <w:r>
      <w:rPr>
        <w:rFonts w:eastAsia="Calibri"/>
        <w:color w:val="6E6258"/>
        <w:sz w:val="17"/>
      </w:rPr>
      <w:t xml:space="preserve">Sida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3166D" w14:textId="77777777" w:rsidR="006E44FC" w:rsidRDefault="006E44FC">
      <w:pPr>
        <w:spacing w:after="0" w:line="240" w:lineRule="auto"/>
      </w:pPr>
      <w:r>
        <w:separator/>
      </w:r>
    </w:p>
  </w:footnote>
  <w:footnote w:type="continuationSeparator" w:id="0">
    <w:p w14:paraId="2FBEB846" w14:textId="77777777" w:rsidR="006E44FC" w:rsidRDefault="006E4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A6FCB" w14:textId="77777777" w:rsidR="00B540E4" w:rsidRDefault="00930A50">
    <w:pPr>
      <w:pStyle w:val="a4"/>
    </w:pPr>
    <w:r>
      <w:rPr>
        <w:rFonts w:eastAsia="Calibri"/>
        <w:b/>
        <w:color w:val="6E6258"/>
        <w:sz w:val="17"/>
      </w:rPr>
      <w:t>Aegis Atreifs AB | Kundinformation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7311A1"/>
    <w:multiLevelType w:val="singleLevel"/>
    <w:tmpl w:val="E46486BC"/>
    <w:lvl w:ilvl="0">
      <w:start w:val="1"/>
      <w:numFmt w:val="decimal"/>
      <w:pStyle w:val="a"/>
      <w:lvlText w:val="%1."/>
      <w:lvlJc w:val="left"/>
      <w:pPr>
        <w:tabs>
          <w:tab w:val="num" w:pos="540"/>
        </w:tabs>
        <w:ind w:left="540" w:hanging="270"/>
      </w:pPr>
    </w:lvl>
  </w:abstractNum>
  <w:abstractNum w:abstractNumId="10" w15:restartNumberingAfterBreak="0">
    <w:nsid w:val="5F1F60E0"/>
    <w:multiLevelType w:val="singleLevel"/>
    <w:tmpl w:val="58F6721E"/>
    <w:lvl w:ilvl="0">
      <w:start w:val="1"/>
      <w:numFmt w:val="bullet"/>
      <w:lvlText w:val="•"/>
      <w:lvlJc w:val="left"/>
      <w:pPr>
        <w:tabs>
          <w:tab w:val="num" w:pos="540"/>
        </w:tabs>
        <w:ind w:left="540" w:hanging="270"/>
      </w:pPr>
      <w:rPr>
        <w:rFonts w:ascii="Calibri" w:hAnsi="Calibri"/>
      </w:r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4CBA"/>
    <w:rsid w:val="00422BDC"/>
    <w:rsid w:val="006E44FC"/>
    <w:rsid w:val="00930A50"/>
    <w:rsid w:val="00AA1D8D"/>
    <w:rsid w:val="00B47730"/>
    <w:rsid w:val="00B540E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684F59"/>
  <w14:defaultImageDpi w14:val="300"/>
  <w15:docId w15:val="{4A90A875-2DBE-4F4C-8635-AAB56743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300" w:lineRule="auto"/>
    </w:pPr>
    <w:rPr>
      <w:rFonts w:ascii="Calibri" w:hAnsi="Calibri"/>
      <w:color w:val="2D2722"/>
    </w:rPr>
  </w:style>
  <w:style w:type="paragraph" w:styleId="1">
    <w:name w:val="heading 1"/>
    <w:basedOn w:val="a0"/>
    <w:next w:val="a0"/>
    <w:link w:val="10"/>
    <w:uiPriority w:val="9"/>
    <w:qFormat/>
    <w:rsid w:val="00FC693F"/>
    <w:pPr>
      <w:keepNext/>
      <w:keepLines/>
      <w:spacing w:before="360" w:after="200" w:line="240" w:lineRule="auto"/>
      <w:outlineLvl w:val="0"/>
    </w:pPr>
    <w:rPr>
      <w:rFonts w:asciiTheme="majorHAnsi" w:eastAsiaTheme="majorEastAsia" w:hAnsiTheme="majorHAnsi" w:cstheme="majorBidi"/>
      <w:bCs/>
      <w:color w:val="211B17"/>
      <w:sz w:val="32"/>
      <w:szCs w:val="28"/>
    </w:rPr>
  </w:style>
  <w:style w:type="paragraph" w:styleId="2">
    <w:name w:val="heading 2"/>
    <w:basedOn w:val="a0"/>
    <w:next w:val="a0"/>
    <w:link w:val="20"/>
    <w:uiPriority w:val="9"/>
    <w:unhideWhenUsed/>
    <w:qFormat/>
    <w:rsid w:val="00FC693F"/>
    <w:pPr>
      <w:keepNext/>
      <w:keepLines/>
      <w:spacing w:before="280" w:after="140" w:line="240" w:lineRule="auto"/>
      <w:outlineLvl w:val="1"/>
    </w:pPr>
    <w:rPr>
      <w:rFonts w:asciiTheme="majorHAnsi" w:eastAsiaTheme="majorEastAsia" w:hAnsiTheme="majorHAnsi" w:cstheme="majorBidi"/>
      <w:bCs/>
      <w:color w:val="4A3D31"/>
      <w:sz w:val="26"/>
      <w:szCs w:val="26"/>
    </w:rPr>
  </w:style>
  <w:style w:type="paragraph" w:styleId="3">
    <w:name w:val="heading 3"/>
    <w:basedOn w:val="a0"/>
    <w:next w:val="a0"/>
    <w:link w:val="30"/>
    <w:uiPriority w:val="9"/>
    <w:unhideWhenUsed/>
    <w:qFormat/>
    <w:rsid w:val="00FC693F"/>
    <w:pPr>
      <w:keepNext/>
      <w:keepLines/>
      <w:spacing w:before="200" w:after="100" w:line="240" w:lineRule="auto"/>
      <w:outlineLvl w:val="2"/>
    </w:pPr>
    <w:rPr>
      <w:rFonts w:asciiTheme="majorHAnsi" w:eastAsiaTheme="majorEastAsia" w:hAnsiTheme="majorHAnsi" w:cstheme="majorBidi"/>
      <w:bCs/>
      <w:color w:val="4A3D31"/>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и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Основной текст Знак"/>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Основной текст 2 Знак"/>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Основно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Standardformulär för ånger</dc:title>
  <dc:subject>Använd formuläret om du vill frånträda ett distansavtal</dc:subject>
  <dc:creator>Aegis Atreifs AB</dc:creator>
  <cp:keywords>konsumenträtt, villkor, Aegis Atreifs</cp:keywords>
  <dc:description>generated by python-docx</dc:description>
  <cp:lastModifiedBy>Ulrik-Alexandr Lepekhov</cp:lastModifiedBy>
  <cp:revision>3</cp:revision>
  <dcterms:created xsi:type="dcterms:W3CDTF">2013-12-23T23:15:00Z</dcterms:created>
  <dcterms:modified xsi:type="dcterms:W3CDTF">2026-07-22T11:33:00Z</dcterms:modified>
  <cp:category/>
</cp:coreProperties>
</file>